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2A0F4" w14:textId="203C3087" w:rsidR="000D4AE7" w:rsidRDefault="000D4AE7" w:rsidP="000D4AE7">
      <w:pPr>
        <w:jc w:val="center"/>
        <w:rPr>
          <w:b/>
        </w:rPr>
      </w:pPr>
      <w:r>
        <w:rPr>
          <w:b/>
        </w:rPr>
        <w:t>PHỤ LỤC 4</w:t>
      </w:r>
    </w:p>
    <w:p w14:paraId="13646039" w14:textId="6A110F7C" w:rsidR="004B593B" w:rsidRPr="000D4AE7" w:rsidRDefault="00000000">
      <w:pPr>
        <w:jc w:val="center"/>
        <w:rPr>
          <w:sz w:val="26"/>
          <w:szCs w:val="26"/>
        </w:rPr>
      </w:pPr>
      <w:r w:rsidRPr="000D4AE7">
        <w:rPr>
          <w:b/>
          <w:sz w:val="26"/>
          <w:szCs w:val="26"/>
        </w:rPr>
        <w:t>MẪU VĂN BẢN ĐĂNG KÝ NHU CẦU LẮP ĐẶT ĐMTMN CỦA DOANH</w:t>
      </w:r>
      <w:r w:rsidR="000D4AE7">
        <w:rPr>
          <w:b/>
          <w:sz w:val="26"/>
          <w:szCs w:val="26"/>
        </w:rPr>
        <w:t xml:space="preserve"> </w:t>
      </w:r>
      <w:r w:rsidRPr="000D4AE7">
        <w:rPr>
          <w:b/>
          <w:sz w:val="26"/>
          <w:szCs w:val="26"/>
        </w:rPr>
        <w:t>NGHIỆP</w:t>
      </w:r>
    </w:p>
    <w:p w14:paraId="0C615B9D" w14:textId="77777777" w:rsidR="000D4AE7" w:rsidRDefault="000D4AE7" w:rsidP="000D4AE7">
      <w:pPr>
        <w:jc w:val="center"/>
      </w:pPr>
      <w:r>
        <w:rPr>
          <w:i/>
          <w:sz w:val="26"/>
        </w:rPr>
        <w:t>(Kèm theo Công văn số         /UBND-KT,HT&amp;ĐT ngày       /10/2026 của UBND phường Mỹ Hào)</w:t>
      </w:r>
    </w:p>
    <w:p w14:paraId="234D46B2" w14:textId="77777777" w:rsidR="000D4AE7" w:rsidRDefault="000D4AE7">
      <w:pPr>
        <w:jc w:val="center"/>
        <w:rPr>
          <w:b/>
        </w:rPr>
      </w:pP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6520"/>
      </w:tblGrid>
      <w:tr w:rsidR="004B593B" w14:paraId="7B6F76DC" w14:textId="77777777" w:rsidTr="000D4AE7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EC59634" w14:textId="77777777" w:rsidR="004B593B" w:rsidRDefault="00000000">
            <w:pPr>
              <w:jc w:val="center"/>
            </w:pPr>
            <w:r>
              <w:rPr>
                <w:b/>
              </w:rPr>
              <w:t>TÊN DOANH NGHIỆP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4D20122C" w14:textId="77777777" w:rsidR="004B593B" w:rsidRDefault="00000000">
            <w:pPr>
              <w:jc w:val="center"/>
            </w:pPr>
            <w:r>
              <w:rPr>
                <w:b/>
              </w:rPr>
              <w:t>CỘNG HÒA XÃ HỘI CHỦ NGHĨA VIỆT NAM</w:t>
            </w:r>
          </w:p>
          <w:p w14:paraId="6265EE2F" w14:textId="77777777" w:rsidR="004B593B" w:rsidRDefault="00000000">
            <w:pPr>
              <w:jc w:val="center"/>
            </w:pPr>
            <w:r>
              <w:rPr>
                <w:b/>
                <w:u w:val="single"/>
              </w:rPr>
              <w:t>Độc lập - Tự do - Hạnh phúc</w:t>
            </w:r>
          </w:p>
        </w:tc>
      </w:tr>
      <w:tr w:rsidR="004B593B" w14:paraId="73728DBF" w14:textId="77777777" w:rsidTr="000D4AE7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E2FC470" w14:textId="77777777" w:rsidR="004B593B" w:rsidRDefault="00000000">
            <w:pPr>
              <w:jc w:val="center"/>
            </w:pPr>
            <w:r>
              <w:t>Số: …………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098FF9E5" w14:textId="77777777" w:rsidR="004B593B" w:rsidRDefault="00000000">
            <w:pPr>
              <w:jc w:val="center"/>
            </w:pPr>
            <w:r>
              <w:rPr>
                <w:i/>
              </w:rPr>
              <w:t>……………, ngày …… tháng …… năm 2026</w:t>
            </w:r>
          </w:p>
        </w:tc>
      </w:tr>
    </w:tbl>
    <w:p w14:paraId="0CB4C423" w14:textId="77777777" w:rsidR="004B593B" w:rsidRDefault="00000000">
      <w:pPr>
        <w:ind w:left="454"/>
      </w:pPr>
      <w:r>
        <w:t>V/v đăng ký lắp đặt điện mặt trời</w:t>
      </w:r>
    </w:p>
    <w:p w14:paraId="0DD52DFD" w14:textId="77777777" w:rsidR="004B593B" w:rsidRDefault="00000000">
      <w:pPr>
        <w:ind w:left="454"/>
      </w:pPr>
      <w:r>
        <w:t>mái nhà tự sản xuất, tự tiêu thụ</w:t>
      </w:r>
    </w:p>
    <w:p w14:paraId="4651EA06" w14:textId="77777777" w:rsidR="004B593B" w:rsidRDefault="004B593B"/>
    <w:p w14:paraId="4F8BBAFA" w14:textId="5214F220" w:rsidR="004B593B" w:rsidRDefault="00000000">
      <w:pPr>
        <w:jc w:val="center"/>
      </w:pPr>
      <w:r>
        <w:t>Kính gửi: UBND xã, phường ……………… (để tổng hợp, gửi Sở Công Thương)</w:t>
      </w:r>
    </w:p>
    <w:p w14:paraId="04BD29F1" w14:textId="77777777" w:rsidR="000D4AE7" w:rsidRDefault="000D4AE7">
      <w:pPr>
        <w:rPr>
          <w:b/>
        </w:rPr>
      </w:pPr>
    </w:p>
    <w:p w14:paraId="3E90D7A5" w14:textId="0899862D" w:rsidR="004B593B" w:rsidRDefault="00000000">
      <w:r>
        <w:rPr>
          <w:b/>
        </w:rPr>
        <w:t>1. Thông tin doanh nghiệp</w:t>
      </w:r>
    </w:p>
    <w:p w14:paraId="55ADB214" w14:textId="77777777" w:rsidR="004B593B" w:rsidRDefault="00000000">
      <w:pPr>
        <w:ind w:firstLine="283"/>
      </w:pPr>
      <w:r>
        <w:t>a) Tên doanh nghiệp: ………………………………………………; mã số doanh nghiệp: ………………………</w:t>
      </w:r>
    </w:p>
    <w:p w14:paraId="03957AA4" w14:textId="77777777" w:rsidR="004B593B" w:rsidRDefault="00000000">
      <w:pPr>
        <w:ind w:firstLine="283"/>
      </w:pPr>
      <w:r>
        <w:t>b) Địa chỉ (lô, KCN/KKT/CCN): ……………………………………………………………………………</w:t>
      </w:r>
    </w:p>
    <w:p w14:paraId="188EA319" w14:textId="77777777" w:rsidR="004B593B" w:rsidRDefault="00000000">
      <w:pPr>
        <w:ind w:firstLine="283"/>
      </w:pPr>
      <w:r>
        <w:t>c) Người liên hệ: ………………………; điện thoại: ………………………; email: ………………………</w:t>
      </w:r>
    </w:p>
    <w:p w14:paraId="3313AE6E" w14:textId="77777777" w:rsidR="004B593B" w:rsidRDefault="00000000">
      <w:pPr>
        <w:ind w:firstLine="283"/>
      </w:pPr>
      <w:r>
        <w:t>d) Mã khách hàng sử dụng điện: ………………………; đơn vị bán lẻ điện: ………………………</w:t>
      </w:r>
    </w:p>
    <w:p w14:paraId="15177C38" w14:textId="77777777" w:rsidR="004B593B" w:rsidRDefault="00000000">
      <w:r>
        <w:rPr>
          <w:b/>
        </w:rPr>
        <w:t>2. Hiện trạng</w:t>
      </w:r>
    </w:p>
    <w:p w14:paraId="4105240B" w14:textId="77777777" w:rsidR="004B593B" w:rsidRDefault="00000000">
      <w:pPr>
        <w:ind w:firstLine="283"/>
      </w:pPr>
      <w:r>
        <w:t>a) Nhà xưởng: ☐ thuộc sở hữu doanh nghiệp    ☐ đi thuê (chủ sở hữu: ………………………)</w:t>
      </w:r>
    </w:p>
    <w:p w14:paraId="7D44A092" w14:textId="77777777" w:rsidR="004B593B" w:rsidRDefault="00000000">
      <w:pPr>
        <w:ind w:firstLine="283"/>
      </w:pPr>
      <w:r>
        <w:t>b) Tổng diện tích mái nhà xưởng: ……… m²; diện tích mái khả dụng (ước tính): ……… m²; loại mái: ………</w:t>
      </w:r>
    </w:p>
    <w:p w14:paraId="4CD0F46E" w14:textId="77777777" w:rsidR="004B593B" w:rsidRDefault="00000000">
      <w:pPr>
        <w:ind w:firstLine="283"/>
      </w:pPr>
      <w:r>
        <w:t>c) Sản lượng điện tiêu thụ bình quân: ……… kWh/tháng; công suất sử dụng lớn nhất: ……… kW; thời gian sản xuất: ……… ca/ngày</w:t>
      </w:r>
    </w:p>
    <w:p w14:paraId="073DEF50" w14:textId="77777777" w:rsidR="004B593B" w:rsidRDefault="00000000">
      <w:pPr>
        <w:ind w:firstLine="283"/>
      </w:pPr>
      <w:r>
        <w:t>d) ĐMTMN đã lắp đặt (nếu có): ……… kWp; lưu trữ: ……… kWh; ☐ đã thông báo    ☐ đã có Giấy chứng nhận    ☐ chưa thực hiện thủ tục</w:t>
      </w:r>
    </w:p>
    <w:p w14:paraId="6E12913F" w14:textId="77777777" w:rsidR="004B593B" w:rsidRDefault="00000000">
      <w:r>
        <w:rPr>
          <w:b/>
        </w:rPr>
        <w:t>3. Đăng ký nhu cầu lắp đặt ĐMTMN tự sản xuất, tự tiêu thụ</w:t>
      </w:r>
    </w:p>
    <w:p w14:paraId="595B1F23" w14:textId="77777777" w:rsidR="004B593B" w:rsidRDefault="00000000">
      <w:pPr>
        <w:ind w:firstLine="283"/>
      </w:pPr>
      <w:r>
        <w:t>a) Tổng công suất tấm quang điện: ……… kWp; tổng công suất inverter: ……… kW</w:t>
      </w:r>
    </w:p>
    <w:p w14:paraId="17C6684B" w14:textId="77777777" w:rsidR="004B593B" w:rsidRDefault="00000000">
      <w:pPr>
        <w:ind w:firstLine="283"/>
      </w:pPr>
      <w:r>
        <w:t>b) Hệ thống lưu trữ điện (nếu có): ……… kWh; cấp điện áp đấu nối: ……… kV</w:t>
      </w:r>
    </w:p>
    <w:p w14:paraId="319BD246" w14:textId="77777777" w:rsidR="004B593B" w:rsidRDefault="00000000">
      <w:pPr>
        <w:ind w:firstLine="283"/>
      </w:pPr>
      <w:r>
        <w:lastRenderedPageBreak/>
        <w:t>c) Thời gian dự kiến lắp đặt, đưa vào vận hành: …………………………………</w:t>
      </w:r>
    </w:p>
    <w:p w14:paraId="41DE96C7" w14:textId="77777777" w:rsidR="004B593B" w:rsidRDefault="00000000">
      <w:pPr>
        <w:ind w:firstLine="283"/>
      </w:pPr>
      <w:r>
        <w:t>d) Hình thức đầu tư: ☐ tự đầu tư    ☐ thuê hệ thống (trả theo sản lượng)    ☐ hợp tác đầu tư    ☐ khác: ………</w:t>
      </w:r>
    </w:p>
    <w:p w14:paraId="134B37D9" w14:textId="77777777" w:rsidR="004B593B" w:rsidRDefault="00000000">
      <w:r>
        <w:rPr>
          <w:b/>
        </w:rPr>
        <w:t>4. Khó khăn, vướng mắc và đề xuất, kiến nghị (nếu có)</w:t>
      </w:r>
    </w:p>
    <w:p w14:paraId="47AA345B" w14:textId="77777777" w:rsidR="004B593B" w:rsidRDefault="00000000">
      <w:pPr>
        <w:ind w:firstLine="283"/>
      </w:pPr>
      <w:r>
        <w:t>…………………………………………………………………………………………………………</w:t>
      </w:r>
    </w:p>
    <w:p w14:paraId="67A76D8F" w14:textId="77777777" w:rsidR="004B593B" w:rsidRDefault="00000000">
      <w:pPr>
        <w:ind w:firstLine="283"/>
      </w:pPr>
      <w:r>
        <w:t>…………………………………………………………………………………………………………</w:t>
      </w:r>
    </w:p>
    <w:p w14:paraId="1D22F35F" w14:textId="77777777" w:rsidR="004B593B" w:rsidRDefault="004B593B"/>
    <w:p w14:paraId="60DF56FB" w14:textId="77777777" w:rsidR="004B593B" w:rsidRDefault="00000000">
      <w:pPr>
        <w:ind w:right="850"/>
        <w:jc w:val="right"/>
      </w:pPr>
      <w:r>
        <w:rPr>
          <w:b/>
        </w:rPr>
        <w:t>ĐẠI DIỆN DOANH NGHIỆP</w:t>
      </w:r>
    </w:p>
    <w:p w14:paraId="7318C25B" w14:textId="77777777" w:rsidR="004B593B" w:rsidRDefault="00000000">
      <w:pPr>
        <w:ind w:right="794"/>
        <w:jc w:val="right"/>
      </w:pPr>
      <w:r>
        <w:rPr>
          <w:i/>
        </w:rPr>
        <w:t>(Ký, ghi rõ họ tên, đóng dấu)</w:t>
      </w:r>
    </w:p>
    <w:sectPr w:rsidR="004B593B" w:rsidSect="00034616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3234697">
    <w:abstractNumId w:val="8"/>
  </w:num>
  <w:num w:numId="2" w16cid:durableId="1398430189">
    <w:abstractNumId w:val="6"/>
  </w:num>
  <w:num w:numId="3" w16cid:durableId="1340885555">
    <w:abstractNumId w:val="5"/>
  </w:num>
  <w:num w:numId="4" w16cid:durableId="1391658867">
    <w:abstractNumId w:val="4"/>
  </w:num>
  <w:num w:numId="5" w16cid:durableId="1498643845">
    <w:abstractNumId w:val="7"/>
  </w:num>
  <w:num w:numId="6" w16cid:durableId="1234193361">
    <w:abstractNumId w:val="3"/>
  </w:num>
  <w:num w:numId="7" w16cid:durableId="391081039">
    <w:abstractNumId w:val="2"/>
  </w:num>
  <w:num w:numId="8" w16cid:durableId="382097228">
    <w:abstractNumId w:val="1"/>
  </w:num>
  <w:num w:numId="9" w16cid:durableId="22249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1C8B"/>
    <w:rsid w:val="00034616"/>
    <w:rsid w:val="0006063C"/>
    <w:rsid w:val="000D4AE7"/>
    <w:rsid w:val="0015074B"/>
    <w:rsid w:val="0029639D"/>
    <w:rsid w:val="00326F90"/>
    <w:rsid w:val="004B593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EB4247"/>
  <w14:defaultImageDpi w14:val="300"/>
  <w15:docId w15:val="{F87B7F15-D29C-40CC-97DE-01FADA93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eastAsia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2026-10-06T10:31:00Z</dcterms:modified>
  <cp:category/>
</cp:coreProperties>
</file>